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תנועת ההשכלה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"תנועת ההשכלה היהודית".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תנועת ההשכלה"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פירוש עברי לתורה שליווה את התרגום לגרמנית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'דברי שלום ואמת'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המשכילים רצו לשלב לימודים כלליים – שפות, מדעים וחשבון – לצד לימודי 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ברלין – בברלין, בשנות ה-70–80 של המאה ה-18.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יהודית שקראה לשלב השכלה כללית ותרבות אירופית בחיים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תנועת ההשכלה, שלמד גם לימודים כלליים ופעל להפצתם. (maskil (supporter of the Haskalah))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ה'ביאור'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פירוש עברי לתורה שליווה את תרגום מנדלסון לגרמנית.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העת העברי הראשון של המשכילים, שהחל לצאת לאור ב-1783–1784.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תורת האדם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מונח של ויזל לידע הכללי – מוסר, שפות, מדעים ומקצועות.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היכן החלה תנועת ההשכלה?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פריז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וילנה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ברלין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נחשב ל'אבי ההשכלה'?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 העם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הרצל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מהו ה'ביאור'?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ספר בברלין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פירוש עברי לתורה שליווה את התרגום לגרמנית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כתב עת עברי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פרסם נפתלי הרץ ויזל ב-1782?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'אהבת ציון'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'המאסף'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'דברי שלום ואמת'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רצו שהיהודים ילמדו רק לימודי קודש.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רבנים רבים התנגדו להשכלה מחשש להתבוללות.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ההשכלה תרמה לתחיית השפה העברית.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היכן החלה תנועת ההשכלה?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משפטים: מה הדבר הכי חשוב בנושא "תנועת ההשכלה היהודית"?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תנועת ההשכלה היהודית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